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3A0" w:rsidRDefault="009F0A68" w:rsidP="009F0A68">
      <w:pPr>
        <w:pStyle w:val="1"/>
      </w:pPr>
      <w:bookmarkStart w:id="0" w:name="_GoBack"/>
      <w:bookmarkEnd w:id="0"/>
      <w:r>
        <w:t>MA in English Language, Linguistics and Translation: Admissions 2026</w:t>
      </w:r>
    </w:p>
    <w:p w:rsidR="00AB13A0" w:rsidRDefault="009F0A68">
      <w:pPr>
        <w:pStyle w:val="21"/>
      </w:pPr>
      <w:r>
        <w:t>Interview Shortlist: Results Announcement</w:t>
      </w:r>
    </w:p>
    <w:p w:rsidR="00AB13A0" w:rsidRDefault="009F0A68">
      <w:pPr>
        <w:pStyle w:val="21"/>
      </w:pPr>
      <w:r>
        <w:t>1. Shortlisted for Interview</w:t>
      </w:r>
    </w:p>
    <w:p w:rsidR="00AB13A0" w:rsidRDefault="009F0A68">
      <w:r>
        <w:t xml:space="preserve">Applicants may identify their own entry below by the initials of their surname and first name and the date/time </w:t>
      </w:r>
      <w:r>
        <w:t>their application was submitted through the online form.</w:t>
      </w:r>
    </w:p>
    <w:p w:rsidR="00AB13A0" w:rsidRDefault="009F0A68">
      <w:r>
        <w:t>Interviews will be held online on Tuesday, 29 September 2026, starting at 10:00.</w:t>
      </w:r>
    </w:p>
    <w:tbl>
      <w:tblPr>
        <w:tblStyle w:val="-1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B13A0" w:rsidTr="00AB1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D9E2F3"/>
          </w:tcPr>
          <w:p w:rsidR="00AB13A0" w:rsidRDefault="009F0A68">
            <w:r>
              <w:rPr>
                <w:sz w:val="18"/>
              </w:rPr>
              <w:t>Group</w:t>
            </w:r>
          </w:p>
        </w:tc>
        <w:tc>
          <w:tcPr>
            <w:tcW w:w="2880" w:type="dxa"/>
            <w:shd w:val="clear" w:color="auto" w:fill="D9E2F3"/>
          </w:tcPr>
          <w:p w:rsidR="00AB13A0" w:rsidRDefault="009F0A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Time</w:t>
            </w:r>
          </w:p>
        </w:tc>
        <w:tc>
          <w:tcPr>
            <w:tcW w:w="2880" w:type="dxa"/>
            <w:shd w:val="clear" w:color="auto" w:fill="D9E2F3"/>
          </w:tcPr>
          <w:p w:rsidR="00AB13A0" w:rsidRDefault="009F0A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Applicant codes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Group 1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10:00-10:30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A.I.***, 19/9, 19:09 · A.A.***, 12/8, 00:20 · A.I.***, 15/9, 20:55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Gr</w:t>
            </w:r>
            <w:r>
              <w:rPr>
                <w:b w:val="0"/>
                <w:sz w:val="18"/>
              </w:rPr>
              <w:t>oup 2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10:30-11:00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A.P.***, 16/7, 19:59 · A.G.***, 21/9, 05:46 · A.E.***, 16/9, 11:58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Group 3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11:00-11:30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C.F.***, 14/9, 12:58 · F.K.***, 30/6, 22:10 · G.D.***, 27/8, 21:04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Group 4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11:30-12:00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 xml:space="preserve">G.P.***, 7/7, 19:45 · Γ.Κ.***, 24/8, 12:23 · K.F.***, 3/9, </w:t>
            </w:r>
            <w:r>
              <w:rPr>
                <w:sz w:val="18"/>
              </w:rPr>
              <w:t>13:56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Group 5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12:15-12:45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K.E.***, 20/9, 13:07 · L.P.***, 5/8, 13:02 · L.E.***, 20/8, 18:13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Group 6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12:45-13:15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L.E.***, 9/9, 20:41 · M.M.***, 16/9, 21:15 · N.S.***, 19/9, 17:22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Group 7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13:15-13:45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 xml:space="preserve">N.I.***, 31/7, 17:12 · Π.Φ.***, 27/7, 18:59 · P.N.***, </w:t>
            </w:r>
            <w:r>
              <w:rPr>
                <w:sz w:val="18"/>
              </w:rPr>
              <w:t>14/9, 13:32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Group 8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14:15-14:45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P.G.***, 2/9, 15:55 · S.A.***, 29/7, 21:54 · S.G.***, 7/8, 15:42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Group 9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14:45-15:15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S.K.***, 24/7, 21:46 · S.A.***, 8/7, 12:50 · T.E.***, 20/9, 21:46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Group 10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15:15-15:55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 xml:space="preserve">T.V.***, 4/9, 14:58 · Π.Δ.***, 3/9, 02:36 · </w:t>
            </w:r>
            <w:r>
              <w:rPr>
                <w:sz w:val="18"/>
              </w:rPr>
              <w:t>Σ.Μ.***, 9/9, 01:28 · S.G.***, 19/9, 22:56</w:t>
            </w:r>
          </w:p>
        </w:tc>
      </w:tr>
    </w:tbl>
    <w:p w:rsidR="00AB13A0" w:rsidRDefault="009F0A68">
      <w:r>
        <w:t>You will also receive an email with full details, including the videoconference link, at the email address you provided in your application.</w:t>
      </w:r>
    </w:p>
    <w:p w:rsidR="00AB13A0" w:rsidRDefault="009F0A68">
      <w:pPr>
        <w:pStyle w:val="21"/>
      </w:pPr>
      <w:r>
        <w:t>2. Not Shortlisted</w:t>
      </w:r>
    </w:p>
    <w:p w:rsidR="00AB13A0" w:rsidRDefault="009F0A68">
      <w:r>
        <w:t>Applicants may identify their own entry below in the</w:t>
      </w:r>
      <w:r>
        <w:t xml:space="preserve"> same way, by the initials of their surname and first name and the date/time their application was submitted.</w:t>
      </w:r>
    </w:p>
    <w:tbl>
      <w:tblPr>
        <w:tblStyle w:val="-11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B13A0" w:rsidTr="00AB1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D9E2F3"/>
          </w:tcPr>
          <w:p w:rsidR="00AB13A0" w:rsidRDefault="009F0A68">
            <w:r>
              <w:rPr>
                <w:sz w:val="18"/>
              </w:rPr>
              <w:t>Code</w:t>
            </w:r>
          </w:p>
        </w:tc>
        <w:tc>
          <w:tcPr>
            <w:tcW w:w="2880" w:type="dxa"/>
            <w:shd w:val="clear" w:color="auto" w:fill="D9E2F3"/>
          </w:tcPr>
          <w:p w:rsidR="00AB13A0" w:rsidRDefault="009F0A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Code</w:t>
            </w:r>
          </w:p>
        </w:tc>
        <w:tc>
          <w:tcPr>
            <w:tcW w:w="2880" w:type="dxa"/>
            <w:shd w:val="clear" w:color="auto" w:fill="D9E2F3"/>
          </w:tcPr>
          <w:p w:rsidR="00AB13A0" w:rsidRDefault="009F0A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Code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A.A.***, 1/7, 14:08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A.A.***, 27/8, 11:51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A.A.***, 3/9, 19:08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A.D.***, 15/8, 21:16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A.D.***, 2/9, 22:19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A.E.***, 17/7, 20:47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A.P.***, 12/6, 13:51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A.T.***, 29/8, 07:06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A.U.***, 9/8, 18:09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A.V.***, 3/9, 15:13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A.W.***, 1/7, 10:37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B.K.***, 24/8, 15:21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B.N.***, 18/9, 20:23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B.P.***, 10/8, 15:50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C.A.***, 19/8, 10:31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C.L.***, 18/9, 11:34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C.T.***, 6/9, 14:51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D.H.***, 1/9, 16:05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E.A.*</w:t>
            </w:r>
            <w:r>
              <w:rPr>
                <w:b w:val="0"/>
                <w:sz w:val="18"/>
              </w:rPr>
              <w:t>**, 3/8, 17:49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F.K.***, 20/9, 22:52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G.A.***, 18/9, 22:37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H.A.***, 1/8, 19:04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H.M.***, 27/7, 10:49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H.M.***, 5/8, 13:40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H.S.***, 15/9, 02:11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I.K.***, 1/9, 22:38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I.M.***, 19/9, 12:39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J.G.***, 14/7, 18:52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K.A.***, 15/7, 19:23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K.A.***, 17/9, 20:56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lastRenderedPageBreak/>
              <w:t xml:space="preserve">K.D.***, </w:t>
            </w:r>
            <w:r>
              <w:rPr>
                <w:b w:val="0"/>
                <w:sz w:val="18"/>
              </w:rPr>
              <w:t>14/9, 11:41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K.E.***, 18/9, 13:46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K.F.***, 20/8, 03:17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K.I.***, 13/8, 19:40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K.I.***, 18/9, 21:58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K.I.***, 19/9, 12:59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K.M.***, 18/5, 13:40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K.M.***, 23/7, 17:52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K.P.***, 23/8, 21:22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K.S.***, 29/8, 12:48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K.V.***, 16/9, 19:57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L.K.***, 19/7, 22:33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 xml:space="preserve">L.Z.***, </w:t>
            </w:r>
            <w:r>
              <w:rPr>
                <w:b w:val="0"/>
                <w:sz w:val="18"/>
              </w:rPr>
              <w:t>15/9, 22:18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M.B.***, 12/7, 01:05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M.D.***, 1/9, 21:24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M.J.***, 12/7, 18:46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M.M.***, 27/8, 17:15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M.M.***, 3/9, 10:17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M.N.***, 16/9, 18:13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M.R.***, 7/9, 01:04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M.S.***, 1/9, 21:58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M.S.***, 2/8, 11:08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N.C.***, 16/9, 00:16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N.C.***, 25/8, 11:27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N.M.***, 17/9,</w:t>
            </w:r>
            <w:r>
              <w:rPr>
                <w:b w:val="0"/>
                <w:sz w:val="18"/>
              </w:rPr>
              <w:t xml:space="preserve"> 18:22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O.C.***, 17/8, 18:41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P.A.***, 2/9, 19:55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P.E.***, 4/9, 18:35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P.E.***, 4/9, 18:41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P.K.***, 20/8, 14:45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P.L.***, 16/6, 18:06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P.N.***, 27/8, 11:48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S.A.***, 17/9, 11:02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S.A.***, 20/7, 20:13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S.A.***, 5/9, 21:05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S.A.***, 9/9, 15:12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 xml:space="preserve">S.G.***, 24/6, </w:t>
            </w:r>
            <w:r>
              <w:rPr>
                <w:b w:val="0"/>
                <w:sz w:val="18"/>
              </w:rPr>
              <w:t>20:24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S.K.***, 21/8, 12:01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S.T.***, 15/9, 01:20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S.V.***, 18/7, 02:03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T.I.***, 10/8, 00:11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T.M.***, 11/9, 16:41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T.M.***, 17/6, 10:21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T.V.***, 19/6, 10:20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V.R.***, 9/9, 21:45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Y.M.***, 28/8, 15:15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Α.Ζ.***, 14/9, 21:28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Α.Π.***, 20/9, 17:28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 xml:space="preserve">Β.Μ.***, 14/9, </w:t>
            </w:r>
            <w:r>
              <w:rPr>
                <w:b w:val="0"/>
                <w:sz w:val="18"/>
              </w:rPr>
              <w:t>19:42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Κ.Χ.***, 19/9, 14:39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Μ.Δ.***, 10/9, 18:44</w:t>
            </w:r>
          </w:p>
        </w:tc>
      </w:tr>
      <w:tr w:rsidR="00AB13A0" w:rsidTr="00AB13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Μ.Ι.***, 4/6, 00:31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Ν.Ι.***, 19/9, 20:52</w:t>
            </w:r>
          </w:p>
        </w:tc>
        <w:tc>
          <w:tcPr>
            <w:tcW w:w="2880" w:type="dxa"/>
          </w:tcPr>
          <w:p w:rsidR="00AB13A0" w:rsidRDefault="009F0A6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Π.Ε.***, 20/9, 17:22</w:t>
            </w:r>
          </w:p>
        </w:tc>
      </w:tr>
      <w:tr w:rsidR="00AB13A0" w:rsidTr="00AB1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:rsidR="00AB13A0" w:rsidRDefault="009F0A68">
            <w:r>
              <w:rPr>
                <w:b w:val="0"/>
                <w:sz w:val="18"/>
              </w:rPr>
              <w:t>Π.Κ.***, 20/9, 20:10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Τ.Α.***, 1/8, 00:47</w:t>
            </w:r>
          </w:p>
        </w:tc>
        <w:tc>
          <w:tcPr>
            <w:tcW w:w="2880" w:type="dxa"/>
          </w:tcPr>
          <w:p w:rsidR="00AB13A0" w:rsidRDefault="009F0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Χ.Π.***, 10/9, 14:11</w:t>
            </w:r>
          </w:p>
        </w:tc>
      </w:tr>
    </w:tbl>
    <w:p w:rsidR="00AB13A0" w:rsidRDefault="009F0A68">
      <w:r>
        <w:t xml:space="preserve">This outcome reflects the very large number of strong applications received this </w:t>
      </w:r>
      <w:r>
        <w:t>year and is not a judgement on any applicant’s effort or qualifications.</w:t>
      </w:r>
    </w:p>
    <w:p w:rsidR="00AB13A0" w:rsidRDefault="009F0A68">
      <w:r>
        <w:t>The Programme also runs a series of seminars open to a wider audience, and you are very welcome to attend and take part.</w:t>
      </w:r>
    </w:p>
    <w:p w:rsidR="00AB13A0" w:rsidRDefault="009F0A68">
      <w:r>
        <w:t>Thank you for your interest in the programme.</w:t>
      </w:r>
    </w:p>
    <w:sectPr w:rsidR="00AB13A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F0A68"/>
    <w:rsid w:val="00AA1D8D"/>
    <w:rsid w:val="00AB13A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Calibri" w:hAnsi="Calibri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Calibri" w:hAnsi="Calibri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1DFE67-6A08-4288-B4CB-3D432F39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3208</Characters>
  <Application>Microsoft Office Word</Application>
  <DocSecurity>0</DocSecurity>
  <Lines>26</Lines>
  <Paragraphs>7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4</vt:i4>
      </vt:variant>
      <vt:variant>
        <vt:lpstr>Title</vt:lpstr>
      </vt:variant>
      <vt:variant>
        <vt:i4>1</vt:i4>
      </vt:variant>
    </vt:vector>
  </HeadingPairs>
  <TitlesOfParts>
    <vt:vector size="6" baseType="lpstr">
      <vt:lpstr>MA English Language Linguistics and Translation: Interview Shortlist Results Announcement 2026</vt:lpstr>
      <vt:lpstr>MA in English Language, Linguistics and Translation: Admissions 2026</vt:lpstr>
      <vt:lpstr>    Interview Shortlist: Results Announcement</vt:lpstr>
      <vt:lpstr>    1. Shortlisted for Interview</vt:lpstr>
      <vt:lpstr>    2. Not Shortlisted</vt:lpstr>
      <vt:lpstr/>
    </vt:vector>
  </TitlesOfParts>
  <Company/>
  <LinksUpToDate>false</LinksUpToDate>
  <CharactersWithSpaces>3795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English Language Linguistics and Translation: Interview Shortlist Results Announcement 2026</dc:title>
  <dc:creator>Nikolaos Lavidas</dc:creator>
  <dc:description>generated by python-docx</dc:description>
  <cp:lastModifiedBy>user2</cp:lastModifiedBy>
  <cp:revision>2</cp:revision>
  <dcterms:created xsi:type="dcterms:W3CDTF">2026-09-25T07:37:00Z</dcterms:created>
  <dcterms:modified xsi:type="dcterms:W3CDTF">2026-09-25T07:37:00Z</dcterms:modified>
</cp:coreProperties>
</file>