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A4AD7" w14:textId="77777777" w:rsidR="001B292E" w:rsidRPr="00446B9E" w:rsidRDefault="000C39FE">
      <w:pPr>
        <w:pStyle w:val="1"/>
        <w:rPr>
          <w:lang w:val="el-GR"/>
        </w:rPr>
      </w:pPr>
      <w:bookmarkStart w:id="0" w:name="_GoBack"/>
      <w:bookmarkEnd w:id="0"/>
      <w:proofErr w:type="spellStart"/>
      <w:r w:rsidRPr="00446B9E">
        <w:rPr>
          <w:lang w:val="el-GR"/>
        </w:rPr>
        <w:t>Διατμηματικό</w:t>
      </w:r>
      <w:proofErr w:type="spellEnd"/>
      <w:r w:rsidRPr="00446B9E">
        <w:rPr>
          <w:lang w:val="el-GR"/>
        </w:rPr>
        <w:t xml:space="preserve"> ΠΜΣ «Μετάφραση: Ελληνική, Αγγλική, Ρωσική»: Επιτροπή Επιλογής 2026</w:t>
      </w:r>
    </w:p>
    <w:p w14:paraId="0DB601A9" w14:textId="77777777" w:rsidR="001B292E" w:rsidRPr="00446B9E" w:rsidRDefault="000C39FE">
      <w:pPr>
        <w:pStyle w:val="21"/>
        <w:rPr>
          <w:lang w:val="el-GR"/>
        </w:rPr>
      </w:pPr>
      <w:r w:rsidRPr="00446B9E">
        <w:rPr>
          <w:lang w:val="el-GR"/>
        </w:rPr>
        <w:t>Ανακοίνωση αποτελεσμάτων προγράμματος συνεντεύξεων</w:t>
      </w:r>
    </w:p>
    <w:p w14:paraId="1A6A64EC" w14:textId="77777777" w:rsidR="001B292E" w:rsidRPr="00446B9E" w:rsidRDefault="000C39FE">
      <w:pPr>
        <w:pStyle w:val="21"/>
        <w:rPr>
          <w:lang w:val="el-GR"/>
        </w:rPr>
      </w:pPr>
      <w:r w:rsidRPr="00446B9E">
        <w:rPr>
          <w:lang w:val="el-GR"/>
        </w:rPr>
        <w:t>1. Καλούνται σε συνέντευξη</w:t>
      </w:r>
    </w:p>
    <w:p w14:paraId="7EAE71DF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>Οι υποψήφιοι/ες</w:t>
      </w:r>
      <w:r w:rsidRPr="00446B9E">
        <w:rPr>
          <w:lang w:val="el-GR"/>
        </w:rPr>
        <w:t xml:space="preserve"> που καλούνται σε συνέντευξη αναγνωρίζουν τη δική τους καταχώριση από τον προσωπικό κωδικό στον παρακάτω πίνακα: τα αρχικά επωνύμου και ονόματος και την ημέρα/ώρα κατάθεσης της αίτησής τους στη φόρμα υποβολής.</w:t>
      </w:r>
    </w:p>
    <w:p w14:paraId="05536470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 xml:space="preserve">Οι συνεντεύξεις θα διεξαχθούν διαδικτυακά την </w:t>
      </w:r>
      <w:r w:rsidRPr="00446B9E">
        <w:rPr>
          <w:lang w:val="el-GR"/>
        </w:rPr>
        <w:t>Τετάρτη 30/9/2026, με έναρξη στις 9:30 και λήξη στις 12:30, με πέντε λεπτά διάλειμμα ανάμεσα στις ομάδες.</w:t>
      </w: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B292E" w14:paraId="06A5CB64" w14:textId="77777777" w:rsidTr="001B2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9E2F3"/>
          </w:tcPr>
          <w:p w14:paraId="6B40C9DE" w14:textId="77777777" w:rsidR="001B292E" w:rsidRDefault="000C39FE">
            <w:proofErr w:type="spellStart"/>
            <w:r>
              <w:rPr>
                <w:sz w:val="18"/>
              </w:rPr>
              <w:t>Ομάδ</w:t>
            </w:r>
            <w:proofErr w:type="spellEnd"/>
            <w:r>
              <w:rPr>
                <w:sz w:val="18"/>
              </w:rPr>
              <w:t>α</w:t>
            </w:r>
          </w:p>
        </w:tc>
        <w:tc>
          <w:tcPr>
            <w:tcW w:w="2880" w:type="dxa"/>
            <w:shd w:val="clear" w:color="auto" w:fill="D9E2F3"/>
          </w:tcPr>
          <w:p w14:paraId="2F8D37CB" w14:textId="77777777" w:rsidR="001B292E" w:rsidRDefault="000C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Ώρα</w:t>
            </w:r>
          </w:p>
        </w:tc>
        <w:tc>
          <w:tcPr>
            <w:tcW w:w="2880" w:type="dxa"/>
            <w:shd w:val="clear" w:color="auto" w:fill="D9E2F3"/>
          </w:tcPr>
          <w:p w14:paraId="57A24109" w14:textId="77777777" w:rsidR="001B292E" w:rsidRDefault="000C3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Κωδικοί υποψηφίων</w:t>
            </w:r>
          </w:p>
        </w:tc>
      </w:tr>
      <w:tr w:rsidR="001B292E" w14:paraId="5459794F" w14:textId="77777777" w:rsidTr="001B2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1787BFE" w14:textId="77777777" w:rsidR="001B292E" w:rsidRDefault="000C39FE">
            <w:r>
              <w:rPr>
                <w:b w:val="0"/>
                <w:sz w:val="18"/>
              </w:rPr>
              <w:t>Ομάδα 1</w:t>
            </w:r>
          </w:p>
        </w:tc>
        <w:tc>
          <w:tcPr>
            <w:tcW w:w="2880" w:type="dxa"/>
          </w:tcPr>
          <w:p w14:paraId="26398FC0" w14:textId="77777777" w:rsidR="001B292E" w:rsidRDefault="000C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9:30-10:10</w:t>
            </w:r>
          </w:p>
        </w:tc>
        <w:tc>
          <w:tcPr>
            <w:tcW w:w="2880" w:type="dxa"/>
          </w:tcPr>
          <w:p w14:paraId="094C6F60" w14:textId="77777777" w:rsidR="001B292E" w:rsidRDefault="000C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E.T.***, 11/9, 20:59· E.E.***, 20/9, 01:40· G.M.***, 29/8, 12:37· G.M.***, 17/9, 03:55</w:t>
            </w:r>
          </w:p>
        </w:tc>
      </w:tr>
      <w:tr w:rsidR="001B292E" w14:paraId="42C9B8C5" w14:textId="77777777" w:rsidTr="001B29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78FB7D3" w14:textId="77777777" w:rsidR="001B292E" w:rsidRDefault="000C39FE">
            <w:r>
              <w:rPr>
                <w:b w:val="0"/>
                <w:sz w:val="18"/>
              </w:rPr>
              <w:t>Ομάδα 2</w:t>
            </w:r>
          </w:p>
        </w:tc>
        <w:tc>
          <w:tcPr>
            <w:tcW w:w="2880" w:type="dxa"/>
          </w:tcPr>
          <w:p w14:paraId="2F8BD140" w14:textId="77777777" w:rsidR="001B292E" w:rsidRDefault="000C39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10:15-10:55</w:t>
            </w:r>
          </w:p>
        </w:tc>
        <w:tc>
          <w:tcPr>
            <w:tcW w:w="2880" w:type="dxa"/>
          </w:tcPr>
          <w:p w14:paraId="21E7558D" w14:textId="77777777" w:rsidR="001B292E" w:rsidRDefault="000C39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K.Z.***, 2/7, 13:30· K.A.***, 15/9, 22:40· P.A.***, 14/9, 20:37· S.S.***, 13/9, 14:02</w:t>
            </w:r>
          </w:p>
        </w:tc>
      </w:tr>
      <w:tr w:rsidR="001B292E" w14:paraId="36BF28F7" w14:textId="77777777" w:rsidTr="001B2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FC24065" w14:textId="77777777" w:rsidR="001B292E" w:rsidRDefault="000C39FE">
            <w:r>
              <w:rPr>
                <w:b w:val="0"/>
                <w:sz w:val="18"/>
              </w:rPr>
              <w:t>Ομάδα 3</w:t>
            </w:r>
          </w:p>
        </w:tc>
        <w:tc>
          <w:tcPr>
            <w:tcW w:w="2880" w:type="dxa"/>
          </w:tcPr>
          <w:p w14:paraId="6A2D52EF" w14:textId="77777777" w:rsidR="001B292E" w:rsidRDefault="000C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11:00-11:40</w:t>
            </w:r>
          </w:p>
        </w:tc>
        <w:tc>
          <w:tcPr>
            <w:tcW w:w="2880" w:type="dxa"/>
          </w:tcPr>
          <w:p w14:paraId="67D37868" w14:textId="77777777" w:rsidR="001B292E" w:rsidRDefault="000C3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S.S.***, 19/9, 21:45· T.O.***, 13/9, 22:59· X.K.***, 17/9, 09:51· Z.L.***, 12/9, 20:30</w:t>
            </w:r>
          </w:p>
        </w:tc>
      </w:tr>
      <w:tr w:rsidR="001B292E" w14:paraId="5F50DFB5" w14:textId="77777777" w:rsidTr="001B29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E9356E2" w14:textId="77777777" w:rsidR="001B292E" w:rsidRDefault="000C39FE">
            <w:r>
              <w:rPr>
                <w:b w:val="0"/>
                <w:sz w:val="18"/>
              </w:rPr>
              <w:t>Ομάδα 4</w:t>
            </w:r>
          </w:p>
        </w:tc>
        <w:tc>
          <w:tcPr>
            <w:tcW w:w="2880" w:type="dxa"/>
          </w:tcPr>
          <w:p w14:paraId="5578FD0F" w14:textId="77777777" w:rsidR="001B292E" w:rsidRDefault="000C39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11:45-12:30</w:t>
            </w:r>
          </w:p>
        </w:tc>
        <w:tc>
          <w:tcPr>
            <w:tcW w:w="2880" w:type="dxa"/>
          </w:tcPr>
          <w:p w14:paraId="1D9103F0" w14:textId="77777777" w:rsidR="001B292E" w:rsidRDefault="000C39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Z.M.***, 19/9, 17:10· Β.Μ.***</w:t>
            </w:r>
            <w:r>
              <w:rPr>
                <w:sz w:val="18"/>
              </w:rPr>
              <w:t>, 12/9, 14:52· Μ.Ε.***, 19/8, 12:13· Ξ.Π.***, 2/7, 21:58· Τ.Α.***, 4/9, 13:12</w:t>
            </w:r>
          </w:p>
        </w:tc>
      </w:tr>
    </w:tbl>
    <w:p w14:paraId="3CA31492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 xml:space="preserve">Ο σύνδεσμος της διαδικτυακής συνάντησης, με όλα τα στοιχεία, θα σταλεί ξεχωριστά σε κάθε υποψήφιο/α στο </w:t>
      </w:r>
      <w:r>
        <w:t>email</w:t>
      </w:r>
      <w:r w:rsidRPr="00446B9E">
        <w:rPr>
          <w:lang w:val="el-GR"/>
        </w:rPr>
        <w:t xml:space="preserve"> με το οποίο υπέβαλε την αίτησή του/της.</w:t>
      </w:r>
    </w:p>
    <w:p w14:paraId="5758FB81" w14:textId="3ADDC8BB" w:rsidR="001B292E" w:rsidRPr="00446B9E" w:rsidRDefault="000C39FE">
      <w:pPr>
        <w:pStyle w:val="21"/>
        <w:rPr>
          <w:lang w:val="el-GR"/>
        </w:rPr>
      </w:pPr>
      <w:r w:rsidRPr="00446B9E">
        <w:rPr>
          <w:lang w:val="el-GR"/>
        </w:rPr>
        <w:t xml:space="preserve">2. Δεν προτείνονται </w:t>
      </w:r>
      <w:r w:rsidR="00446B9E" w:rsidRPr="00446B9E">
        <w:rPr>
          <w:lang w:val="el-GR"/>
        </w:rPr>
        <w:t xml:space="preserve"> </w:t>
      </w:r>
    </w:p>
    <w:p w14:paraId="0BB5753C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>Οι υπ</w:t>
      </w:r>
      <w:r w:rsidRPr="00446B9E">
        <w:rPr>
          <w:lang w:val="el-GR"/>
        </w:rPr>
        <w:t>οψήφιοι/ες αναγνωρίζουν τη δική τους καταχώριση με τον ίδιο τρόπο, από τα αρχικά επωνύμου και ονόματος και την ημέρα/ώρα κατάθεσης της αίτησής τους.</w:t>
      </w: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1B292E" w14:paraId="1D12E4DF" w14:textId="77777777" w:rsidTr="001B2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shd w:val="clear" w:color="auto" w:fill="D9E2F3"/>
          </w:tcPr>
          <w:p w14:paraId="4B5F2B74" w14:textId="77777777" w:rsidR="001B292E" w:rsidRDefault="000C39FE">
            <w:proofErr w:type="spellStart"/>
            <w:r>
              <w:rPr>
                <w:sz w:val="18"/>
              </w:rPr>
              <w:t>Κωδικός</w:t>
            </w:r>
            <w:proofErr w:type="spellEnd"/>
          </w:p>
        </w:tc>
      </w:tr>
      <w:tr w:rsidR="001B292E" w14:paraId="39E16484" w14:textId="77777777" w:rsidTr="001B2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</w:tcPr>
          <w:p w14:paraId="78E30FC8" w14:textId="77777777" w:rsidR="001B292E" w:rsidRDefault="000C39FE">
            <w:r>
              <w:rPr>
                <w:b w:val="0"/>
                <w:sz w:val="18"/>
              </w:rPr>
              <w:t>C.V.***, 27/7, 18:59</w:t>
            </w:r>
          </w:p>
        </w:tc>
      </w:tr>
      <w:tr w:rsidR="001B292E" w14:paraId="42A5FF32" w14:textId="77777777" w:rsidTr="001B29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</w:tcPr>
          <w:p w14:paraId="16D9F558" w14:textId="77777777" w:rsidR="001B292E" w:rsidRDefault="000C39FE">
            <w:r>
              <w:rPr>
                <w:b w:val="0"/>
                <w:sz w:val="18"/>
              </w:rPr>
              <w:t>K.A.***, 11/9, 11:41</w:t>
            </w:r>
          </w:p>
        </w:tc>
      </w:tr>
      <w:tr w:rsidR="001B292E" w14:paraId="16FCBF5A" w14:textId="77777777" w:rsidTr="001B2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</w:tcPr>
          <w:p w14:paraId="753BECEA" w14:textId="77777777" w:rsidR="001B292E" w:rsidRDefault="000C39FE">
            <w:r>
              <w:rPr>
                <w:b w:val="0"/>
                <w:sz w:val="18"/>
              </w:rPr>
              <w:t>K.D.***, 14/9, 11:52</w:t>
            </w:r>
          </w:p>
        </w:tc>
      </w:tr>
      <w:tr w:rsidR="001B292E" w14:paraId="7E3A047F" w14:textId="77777777" w:rsidTr="001B29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</w:tcPr>
          <w:p w14:paraId="79459A36" w14:textId="77777777" w:rsidR="001B292E" w:rsidRDefault="000C39FE">
            <w:r>
              <w:rPr>
                <w:b w:val="0"/>
                <w:sz w:val="18"/>
              </w:rPr>
              <w:t>Λ.Ε.***, 2/6, 12:38</w:t>
            </w:r>
          </w:p>
        </w:tc>
      </w:tr>
      <w:tr w:rsidR="001B292E" w14:paraId="22CCEE99" w14:textId="77777777" w:rsidTr="001B2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</w:tcPr>
          <w:p w14:paraId="12CB7825" w14:textId="77777777" w:rsidR="001B292E" w:rsidRDefault="000C39FE">
            <w:r>
              <w:rPr>
                <w:b w:val="0"/>
                <w:sz w:val="18"/>
              </w:rPr>
              <w:t xml:space="preserve">Χ.Π.***, </w:t>
            </w:r>
            <w:r>
              <w:rPr>
                <w:b w:val="0"/>
                <w:sz w:val="18"/>
              </w:rPr>
              <w:t>10/9, 13:55</w:t>
            </w:r>
          </w:p>
        </w:tc>
      </w:tr>
    </w:tbl>
    <w:p w14:paraId="2AEA1E2D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>Η κατάταξη αυτή αντανακλά τον πολύ μεγάλο αριθμό ισχυρών αιτήσεων φέτος και δεν αποτελεί κρίση για την προσπάθεια ή τα προσόντα κανενός υποψηφίου.</w:t>
      </w:r>
    </w:p>
    <w:p w14:paraId="72947FD5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>Το Πρόγραμμα διοργανώνει επίσης σειρά σεμιναρίων ανοιχτών σε ευρύτερο κοινό, στα οποία είστε ευπ</w:t>
      </w:r>
      <w:r w:rsidRPr="00446B9E">
        <w:rPr>
          <w:lang w:val="el-GR"/>
        </w:rPr>
        <w:t>ρόσδεκτοι/ες να συμμετάσχετε.</w:t>
      </w:r>
    </w:p>
    <w:p w14:paraId="45F90644" w14:textId="77777777" w:rsidR="001B292E" w:rsidRPr="00446B9E" w:rsidRDefault="000C39FE">
      <w:pPr>
        <w:rPr>
          <w:lang w:val="el-GR"/>
        </w:rPr>
      </w:pPr>
      <w:r w:rsidRPr="00446B9E">
        <w:rPr>
          <w:lang w:val="el-GR"/>
        </w:rPr>
        <w:t>Ευχαριστούμε για το ενδιαφέρον σας για το Πρόγραμμα.</w:t>
      </w:r>
    </w:p>
    <w:sectPr w:rsidR="001B292E" w:rsidRPr="00446B9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39FE"/>
    <w:rsid w:val="0015074B"/>
    <w:rsid w:val="001B292E"/>
    <w:rsid w:val="0029639D"/>
    <w:rsid w:val="00326F90"/>
    <w:rsid w:val="00446B9E"/>
    <w:rsid w:val="009C1B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833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A5B194-7030-4F06-810D-8DD72784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ΔΠΜΣ Μετάφραση Ελληνική Αγγλική Ρωσική: Ανακοίνωση Αποτελεσμάτων Προγράμματος Συνεντεύξεων 2026</vt:lpstr>
      <vt:lpstr/>
    </vt:vector>
  </TitlesOfParts>
  <Company/>
  <LinksUpToDate>false</LinksUpToDate>
  <CharactersWithSpaces>1781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ΔΠΜΣ Μετάφραση Ελληνική Αγγλική Ρωσική: Ανακοίνωση Αποτελεσμάτων Προγράμματος Συνεντεύξεων 2026</dc:title>
  <dc:creator>Nikolaos Lavidas</dc:creator>
  <dc:description>generated by python-docx</dc:description>
  <cp:lastModifiedBy>user2</cp:lastModifiedBy>
  <cp:revision>2</cp:revision>
  <dcterms:created xsi:type="dcterms:W3CDTF">2026-09-25T07:40:00Z</dcterms:created>
  <dcterms:modified xsi:type="dcterms:W3CDTF">2026-09-25T07:40:00Z</dcterms:modified>
</cp:coreProperties>
</file>